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נעולים בקלפי: מה קורה אחרי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התהליך שמתרחש אחרי סגירת הקלפיות ועד הקמת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מנדטים, סיעות, הטלת תפקיד הרכבה והבעת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הדורשות הבנה אמיתית של תהליך דמוקרטי,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אזרחי בסיסי הקשור לבחירות ולכנסת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סגירת הקלפיות וספירת הקולות – מה קורה אחרי שסוגרים את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סופרים את הקולות בכל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ועדת הקלפי המקומית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לוועדה האזורית ולוועדת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פרסום התוצאות הרשמיות של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הגוף שאחראי על ניהול הבחירות וריכוז התוצאות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סגירת הקלפיות וספירת הקולות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דיפלומטים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סגירת הקלפיות וספירת הקולות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ספירה מסודרת מבטיחה שהתוצאות אמינות ומשקפות את רצון הציבור, כך שהכנסת שתיפתח תהיה לגיטימית.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אפשר היה לקבל תוצאות שגויות או לא מדויקות, מה שהיה פוגע באמון הציבור בתהליך הבחירות.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צריך לספור את כל הקולות, לרכז את התוצאות ולפרסם אותן רשמית לפני שהכנסת יכולה להיפתח.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מהכנסת הנבחרת: מנדטים וסיעות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מושב אחד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מספר הקולות שקיבלה בבחירות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מהכנסת הנבחרת: מנדטים וסיעות –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בכנסת יש 120 מנדטים, ו-61 הוא הרוב הדרוש לקבלת החלטות כמו הבעת אמון בממשלה.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סיעה מגישה רשימת מועמדים ומתמודדת בבחירות בשם עצמה.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מהכנסת הנבחרת: מנדטים וסיעות – חישוב וחלוקת מנדטים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הסיעות האחרות שעברו את אחוז החסימה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מהכנסת הנבחרת: מנדטים וסיעות – חישוב וחלוקת מנדטים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(רשימת מועמדים שרצה יחד בבחירות)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(האחוז המינימלי של קולות הנדרש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(המקום שבו מצביעים ביום הבחירות)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הרכבת הממשלה ותפקיד נשיא המדינה – שלבים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תפקיד ההרכבה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חבר הכנסת שקיבל הכי הרבה המלצות מהמפלגות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להקים קואליציה עם תמיכה של רוב חברי הכנסת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הרכבת הממשלה ותפקיד נשיא המדינה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(מתייעץ עם נציגי המפלגות ומטיל את תפקיד ההרכבה)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(מנהל משא ומתן עם מפלגות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(קביעת תפקידים ומדיניות בין המפלגות שיצטרפו לממשלה)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(הזמן שניתן למרכיב הממשלה להשלים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(מצביעה אמון בממשלה החדשה לפני שהיא מתחילה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הרכבת הממשלה ותפקיד נשיא המדינה – סדר השלבים בהרכבת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הבחירות לכנסת מסתיימות ותוצאותיהן מתפרסמות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נשיא המדינה נפגש עם נציגי כל המפלגות שנבחרו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הנשיא מטיל את תפקיד ההרכבה על חבר הכנסת עם הכי הרבה המלצות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 הכנסת המרכיב מנהל משא ומתן קואליציוני עם מפלגות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הממשלה החדשה מציגה את עצמה לכנסת ומקבלת ממנה הצבעת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הבעת אמון בממשלה החדשה – מה זה הבעת אמון?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אכן, זו ההצבעה שבה הכנסת מאשרת את הממשלה החדשה.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הממשלה חייבת לקבל אמון מהכנסת לפני שהיא מתחילה לפעול רשמית.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הבעת אמון בממשלה החדשה – איך זה עובד?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הבעת אמון בממשלה החדשה –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קואליציה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הבעת אמון בממשלה החדשה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(הצבעה בכנסת שנותנת לממשלה אישור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מפלגות שתומכות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(מפלגות שאינן חלק מהממשלה ומתנגדות 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(נותן את המנדט להרכבת 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תפקידי הכנסת אחרי הבחירות – מה אנחנו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רק הכנסת יכולה להביע אמון בממשלה חדשה ולאפשר לה להתחיל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חקיקת חוקים היא תפקיד של הכנסת בלבד, ובלעדיה אי אפשר לחוקק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תפקידי הכנסת אחרי הבחירות – זיהוי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לחוקק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תפקידי הכנסת אחרי הבחירות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תפקידי הכנסת אחרי הבחירות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(יצירת חוקים חדשים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(בדיקה שהממשלה פועלת כראוי)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(אישור שהממשלה החדשה יכולה להתחיל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(סיום תהליך ההצבעה בבחירות)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הבעת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רוב של 61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לחוקק חוקים ולפקח על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מתקיימות בחירות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סופרים את הקולות, ועדת הבחירות המרכזית מאשרת את התוצאות, ואז מחשבים כמה מנדטים מקבלת כל סיעה.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הבעת האמון מראה שלממשלה יש תמיכה של רוב חברי הכנסת, וזה הכרחי כדי שתוכל לפעול בשם הציבור.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הנשיא בוחר למי להטיל את הרכבת הממשלה; הכנסת מצביעה על אמון בממשלה ומפקחת על פעולותיה.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סדר השלבים: הצבעה, סגירת קלפיות, ספירה, הכרזת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שסיעה עם יותר מנדטים מקבלת יותר מושבים וכוח בכנסת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שהבעת אמון היא תנאי הכרחי לתחילת פעילות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ולסיים עם שחקת חדר הבריחה בפועל בשיעור האחרון, כגמול על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הגלוסר מראש ולבקש להצביע על המילה המתאימה בתוך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קצר: למה חשוב שהתהליך יהיה מסודר ולא מהיר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פרק לתחנה המקבילה במשחק, כדי שהתלמידים יראו קשר ישיר בין הלמידה לפתרון המנעול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נעולים בקלפי: מה קורה אחרי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5 פרקים. כל פרק מתאים לתחנה אחת במשחק. תענו על השאלות לאט, בלי למהר. ככה תבינו טוב יותר מה קורה אחרי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שמים את הפתק עם ההצבעה ביום הבחירות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אחד בכנסת, יש בסך הכל 120 מנדטים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חברי כנסת שנבחרו מאותה 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הטלת תפקיד הרכבה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כשנשיא המדינה נותן לחבר כנסת את המשימה להקים 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קואליציה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סיעות שמסכימות לתמוך בממשלה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בכנסת שמאשרת שממשלה חדשה יכולה להתחיל לעבוד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יצירת חוק חדש בכנסת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נשיא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תפקיד שמטיל על חבר כנסת להרכיב ממשלה, אחרי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סגירת הקלפיות וספירת הקולות – מה קורה אחרי שסוגרים את הקלפי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מיד אחרי שסוגרים את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סופרים את הקולות בכל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מכריזים מי יהיה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הכנסת נפתחת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 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אחראי לספור את הקולות בקלפי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הקלפי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שולחים את תוצאות הספירה?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לוועדה האזורית ולוועדת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ישירות לתקשורת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הנשיא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לממשלה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צריך לקרות קודם, לפני שהכנסת נפתחת?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פרסום התוצאות הרשמיות של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חתימת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אישור בית המשפט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הצבעת אמון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מרכז את כל תוצאות הבחירות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הגוף שאחראי על ניהול הבחירות וריכוז התוצאות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מפלגה חדשה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ועדה שבוחרת את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המשפט העליון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סגירת הקלפיות וספירת הקולות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שסופרים את הקולות בכל קלפי, התוצאות נשלחות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שחברי הכנסת יוכלו להתחיל לעבוד, צריך קודם __________ את תוצאות הבחירות באופן רשמי.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מעטפות כפולות משמשות להצבעה של חיילים ו-__________ מחוץ לארץ.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 כנסת, אין מי שיחוקק __________ ואין מי שיביע אמון בממשלה.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סגירת הקלפיות וספירת הקולות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חשוב שהספירה תהיה מסודרת ומבוקרת לפני פתיחת הכנסת.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לקרות אם הכנסת הייתה נפתחת מיד, בלי לחכות לתוצאות הרשמיות?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קשרו בין סגירת הקלפיות לפתיחת הכנסת – מה חייב לקרות ביניהן?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מהכנסת הנבחרת: מנדטים וסיעות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"מנדט"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מושב אחד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ועדת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מקומות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משפיע על מספר המנדטים של 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הקולות שקיבלה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גודל המפלגה בשנה שעברה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ותק ראש הסיעה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מהכנסת הנבחרת: מנדטים וסיעות –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בכנסת ישראל יש 61 מנדטים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סיעה היא קבוצת מועמדים שרצה יחד תחת רשימה אחת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מהכנסת הנבחרת: מנדטים וסיעות – חישוב וחלוקת מנדטים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אחוז החסימה הנדרש כיום כדי שסיעה תיכנס לכנסת הוא __________ אחוזים מכלל 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סיעה לא עברה את אחוז החסימה, המנדטים שהיא הייתה מקבלת מתחלקים בין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מהכנסת הנבחרת: מנדטים וסיעות – חישוב וחלוקת מנדטים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מועמדים שרצה יחד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האחוז המינימלי של קולות הנדרש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מצביעים ביום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אחד בכנסת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הרכבת הממשלה ותפקיד נשיא המדינה – שלבים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מקבל את ההמלצות של המפלגות?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 היוצא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ראש ועדת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התפקיד שנותן הנשיא?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 ההרכבה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תפקיד הנשיאות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 הייצוג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תפקיד החקיקה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הנשיא נותן את התפקיד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הכנסת שקיבל הכי הרבה המלצות מהמפלגות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עורכים משא ומתן בין המפלגות?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את נשיא המדינה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קואליציה עם תמיכה של רוב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את תוצאות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את תאריך הבחירות הבאות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הרכבת הממשלה ותפקיד נשיא המדינה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נשיא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מצביעה אמון בממשלה החדשה לפני שהיא מתחילה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הכנסת שקיבל את תפקיד ההרכבה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מתייעץ עם נציגי המפלגות ומטיל את תפקיד ההרכבה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משא ומתן קואליציוני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הזמן שניתן למרכיב הממשלה להשלים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28 ימים (עם אפשרות הארכה)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מנהל משא ומתן עם מפלגות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קביעת תפקידים ומדיניות בין המפלגות שיצטרפו לממשלה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הרכבת הממשלה ותפקיד נשיא המדינה – סדר השלבים בהרכבת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המדינה נפגש עם נציגי כל המפלגות שנבחרו לכנסת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הנשיא מטיל את תפקיד ההרכבה על חבר הכנסת עם הכי הרבה המלצות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הבחירות לכנסת מסתיימות ותוצאותיהן מתפרסמות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הממשלה החדשה מציגה את עצמה לכנסת ומקבלת ממנה הצבעת אמון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הכנסת המרכיב מנהל משא ומתן קואליציוני עם מפלגות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הבעת אמון בממשלה החדשה – מה זה הבעת אמון?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אמון היא הצבעה בכנסת שבה מחליטים אם לתת אמון בממשלה החדשה.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ממשלה יכולה להתחיל לפעול גם בלי הצבעת אמון בכנסת.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הבעת אמון בממשלה החדשה – איך זה עובד?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בוחר את מי שמנסה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מבקר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קולות צריך כדי לנצח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הבעת אמון בממשלה החדשה 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שממשלה חדשה תוכל להתחיל לפעול, היא צריכה לקבל __________ מהכנסת.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המפלגות שתומכת בממשלה ומצביעה בעדה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הבעת אמון בממשלה החדשה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מפלגות שאינן חלק מהממשלה ומתנגדות 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הצבעה בכנסת שנותנת לממשלה אישור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נותן את המנדט להרכבת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נשיא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מפלגות שתומכות בממשלה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תפקידי הכנסת אחרי הבחירות – מה אנחנו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הבחירות צריך גוף שיביע אמון בממשלה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כנסת פעילה אפשר בכל זאת לחוקק חוקים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תפקידי הכנסת אחרי הבחירות – זיהוי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הכנסת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לחוקק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לשפוט בבית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חברות עסקיות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שופטים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מנעולים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תפקידי הכנסת אחרי הבחירות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הכנסת צריכה להביע __________ בממשלה החדשה כדי שתוכל להתחיל לפעול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תפקידי הכנסת אחרי הבחירות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חקיקת חוקים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אישור שהממשלה החדשה יכולה להתחיל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פיקוח על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 חוקים חדשים למדינה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סיום תהליך ההצבעה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נעילת הקלפיות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שהממשלה פועלת כראוי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אחראי לספור את הקולות?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חברי כנסת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אחוזים מהקולות צריך כדי להיכנס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בוחר מי ינסה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 היוצא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העם בבחירות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הכנסת צריכה לתת לממשלה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הבעת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קולות דרושים להקמת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 של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פה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 של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הכנסת עושה אחרי שהיא נבחרת?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לחוקק חוקים ולפקח על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קולות בקלפי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הנשיא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מי יצביע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קורה אם אין הסכמה על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מתקיימות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הנשיא הופך לראש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הכנסת מתבטלת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ממשלה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מה קורה משלב סגירת הקלפיות ועד פרסום התוצאות הסופיות.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שהממשלה החדשה תקבל הבעת אמון מהכנסת ולא תתחיל לפעול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בקצרה תפקיד אחד של נשיא המדינה ותפקיד אחד של הכנסת בתהליך שאחרי הבחירות.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לפני שסוגרים את הקלפיות, ומה קורה מיד אחרי?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מנדט לסיעה, ומה קורה אם סיעה מקבלת יותר מנדטים?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הממשלה לא יכולה להתחיל לעבוד בלי הבעת אמון בכנסת?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נעולים בקלפי: מה קורה אחרי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