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נעולים בקלפי 🔐 חדר בריחה דיגיטלי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נעולים בקלפי: מה קורה אחרי הבחירות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שלבי התהליך שמתרחש אחרי סגירת הקלפיות ועד הקמת ממשלה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מהם מנדטים, סיעות, הטלת תפקיד הרכבה והבעת אמון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פתרון חידות הדורשות הבנה אמיתית של תהליך דמוקרטי, כמו בחדר הבריחה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אוצר מילים אזרחי בסיסי הקשור לבחירות ולכנסת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סגירת הקלפיות וספירת הקולות – מה קורה אחרי שסוגרים את הקלפי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סופרים את הקולות בכל קלפי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ועדת הקלפי המקומית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לוועדה האזורית ולוועדת הבחירות המרכזית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פרסום התוצאות הרשמיות של הבחירות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הגוף שאחראי על ניהול הבחירות וריכוז התוצאות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סגירת הקלפיות וספירת הקולות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ועדת הבחירות המרכזית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לפרסם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דיפלומטים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סגירת הקלפיות וספירת הקולות – חשיבה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לדוגמה: ספירה מסודרת מבטיחה שהתוצאות אמינות ומשקפות את רצון הציבור, כך שהכנסת שתיפתח תהיה לגיטימית.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לדוגמה: אפשר היה לקבל תוצאות שגויות או לא מדויקות, מה שהיה פוגע באמון הציבור בתהליך הבחירות.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לדוגמה: צריך לספור את כל הקולות, לרכז את התוצאות ולפרסם אותן רשמית לפני שהכנסת יכולה להיפתח.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מהכנסת הנבחרת: מנדטים וסיעות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מושב אחד בכנסת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מספר הקולות שקיבלה בבחירות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מהכנסת הנבחרת: מנדטים וסיעות – מושגי יסוד (המשך)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בכנסת יש 120 מנדטים, ו-61 הוא הרוב הדרוש לקבלת החלטות כמו הבעת אמון בממשלה.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כל סיעה מגישה רשימת מועמדים ומתמודדת בבחירות בשם עצמה.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מהכנסת הנבחרת: מנדטים וסיעות – חישוב וחלוקת מנדטים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1. 3.25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הסיעות האחרות שעברו את אחוז החסימה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מהכנסת הנבחרת: מנדטים וסיעות – חישוב וחלוקת מנדטים (המשך)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(מושב אחד בכנסת)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(רשימת מועמדים שרצה יחד בבחירות)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(האחוז המינימלי של קולות הנדרש כדי להיכנס לכנסת)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(המקום שבו מצביעים ביום הבחירות)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הרכבת הממשלה ותפקיד נשיא המדינה – שלבים בסיסיים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נשיא המדינה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תפקיד ההרכבה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חבר הכנסת שקיבל הכי הרבה המלצות מהמפלגות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להקים קואליציה עם תמיכה של רוב חברי הכנסת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הרכבת הממשלה ותפקיד נשיא המדינה – התאמה בין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(מתייעץ עם נציגי המפלגות ומטיל את תפקיד ההרכבה)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(מנהל משא ומתן עם מפלגות אחרות)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(קביעת תפקידים ומדיניות בין המפלגות שיצטרפו לממשלה)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(הזמן שניתן למרכיב הממשלה להשלים את המשימה)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(מצביעה אמון בממשלה החדשה לפני שהיא מתחילה לפעול)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הרכבת הממשלה ותפקיד נשיא המדינה – סדר השלבים בהרכבת הממשלה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הבחירות לכנסת מסתיימות ותוצאותיהן מתפרסמות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נשיא המדינה נפגש עם נציגי כל המפלגות שנבחרו לכנסת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הנשיא מטיל את תפקיד ההרכבה על חבר הכנסת עם הכי הרבה המלצות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חבר הכנסת המרכיב מנהל משא ומתן קואליציוני עם מפלגות אחרות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הממשלה החדשה מציגה את עצמה לכנסת ומקבלת ממנה הצבעת אמון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הבעת אמון בממשלה החדשה – מה זה הבעת אמון?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אכן, זו ההצבעה שבה הכנסת מאשרת את הממשלה החדשה.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הממשלה חייבת לקבל אמון מהכנסת לפני שהיא מתחילה לפעול רשמית.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הבעת אמון בממשלה החדשה – איך זה עובד?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נשיא המדינה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61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הבעת אמון בממשלה החדשה –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אמון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קואליציה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הבעת אמון בממשלה החדשה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(הצבעה בכנסת שנותנת לממשלה אישור לפעול)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(קבוצת מפלגות שתומכות בממשלה)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(מפלגות שאינן חלק מהממשלה ומתנגדות 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(נותן את המנדט להרכבת ממשלה)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תפקידי הכנסת אחרי הבחירות – מה אנחנו זוכרים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רק הכנסת יכולה להביע אמון בממשלה חדשה ולאפשר לה להתחיל לפעול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חקיקת חוקים היא תפקיד של הכנסת בלבד, ובלעדיה אי אפשר לחוקק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תפקידי הכנסת אחרי הבחירות – זיהוי תפקידים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לחוקק חוקים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תפקידי הכנסת אחרי הבחירות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אמון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תפקידי הכנסת אחרי הבחירות – התאמת תפקידים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(יצירת חוקים חדשים למדינה)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(בדיקה שהממשלה פועלת כראוי)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(אישור שהממשלה החדשה יכולה להתחיל לפעול)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(סיום תהליך ההצבעה בבחירות)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שאלות מכל הפרקים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ועדת הבחירות המרכזית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120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3.25%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נשיא המדינה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הבעת אמון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רוב של 61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לחוקק חוקים ולפקח על הממשלה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א – מתקיימות בחירות חדשות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סופרים את הקולות, ועדת הבחירות המרכזית מאשרת את התוצאות, ואז מחשבים כמה מנדטים מקבלת כל סיעה.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הבעת האמון מראה שלממשלה יש תמיכה של רוב חברי הכנסת, וזה הכרחי כדי שתוכל לפעול בשם הציבור.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הנשיא בוחר למי להטיל את הרכבת הממשלה; הכנסת מצביעה על אמון בממשלה ומפקחת על פעולותיה.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את סדר השלבים: הצבעה, סגירת קלפיות, ספירה, הכרזת תוצאות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מסביר שסיעה עם יותר מנדטים מקבלת יותר מושבים וכוח בכנסת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מבין שהבעת אמון היא תנאי הכרחי לתחילת פעילות הממשלה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פרק אחד בכל שיעור ולסיים עם שחקת חדר הבריחה בפועל בשיעור האחרון, כגמול על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לתת את הגלוסר מראש ולבקש להצביע על המילה המתאימה בתוך כל 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דיון קצר: למה חשוב שהתהליך יהיה מסודר ולא מהיר מדי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כל פרק לתחנה המקבילה במשחק, כדי שהתלמידים יראו קשר ישיר בין הלמידה לפתרון המנעול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נעולים בקלפי 🔐 חדר בריחה דיגיטלי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נעולים בקלפי: מה קורה אחרי הבחירות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הזאת תעברו על 5 התחנות של חדר הבריחה הדיגיטלי, אבל בלי לחץ של טיימר. בכל פרק תתרגלו את המושג שהתחנה המקבילה בודקת, כדי שכשתשחקו תדעו לפתוח את כל חמשת המנעולים בלי רמזים.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סגירת הקלפיות וספירת הקולות – מה קורה אחרי שסוגרים את הקלפי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קורה ראשון אחרי שנסגרות הקלפיות?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סופרים את הקולות בכל קלפי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מכריזים מי יהיה ראש הממשלה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הכנסת נפתחת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נשיא המדינה מצביע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סופר את הקולות בכל קלפי בשלב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ועדת הקלפי המקומית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ראש הממשלה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חברי הכנסת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נשיא המדינה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לאן נשלחות תוצאות הספירה מכל קלפי?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לוועדה האזורית ולוועדת הבחירות המרכזית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ישירות לתקשורת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לבית הנשיא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לממשלה הקודמת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חייב לקרות לפני שהכנסת החדשה יכולה להיפתח?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פרסום התוצאות הרשמיות של הבחירות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חתימת ראש הממשלה הקודם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אישור בית המשפט העליון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הצבעת אמון בממשלה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מהי ועדת הבחירות המרכזית?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הגוף שאחראי על ניהול הבחירות וריכוז התוצאות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מפלגה חדשה בכנסת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ועדה שבוחרת את ראש הממשלה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בית המשפט העליון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סגירת הקלפיות וספירת הקולות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אחרי שסופרים את הקולות בכל קלפי, התוצאות נשלחות ל-__________.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שחברי הכנסת יוכלו להתחיל לעבוד, צריך קודם __________ את תוצאות הבחירות באופן רשמי.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מעטפות כפולות משמשות להצבעה של חיילים ו-__________ מחוץ לארץ.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בלי כנסת, אין מי שיחוקק __________ ואין מי שיביע אמון בממשלה.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סגירת הקלפיות וספירת הקולות – חשיבה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מדוע חשוב שהספירה תהיה מסודרת ומבוקרת לפני פתיחת הכנסת.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עלול לקרות אם הכנסת הייתה נפתחת מיד, בלי לחכות לתוצאות הרשמיות?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קשרו בין סגירת הקלפיות לפתיחת הכנסת – מה חייב לקרות ביניהן?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מהכנסת הנבחרת: מנדטים וסיעות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"מנדט"?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מושב אחד בכנסת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של מפלגה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 של קלפי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ועדת הבחירות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מנדטים (מקומות) יש בסך הכול בכנסת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קובע כמה מנדטים תקבל כל סיעה?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מספר הקולות שקיבלה בבחירות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גודל המפלגה בשנה שעברה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הגרלה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ותק ראש הסיעה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מהכנסת הנבחרת: מנדטים וסיעות – מושגי יסוד (המשך)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בכנסת ישראל יש 61 מנדטים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סיעה היא קבוצת מועמדים שרצה יחד תחת רשימה אחת בבחירות.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מהכנסת הנבחרת: מנדטים וסיעות – חישוב וחלוקת מנדטים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אחוז החסימה הנדרש כיום כדי שסיעה תיכנס לכנסת הוא __________ אחוזים מכלל הקולות.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אם סיעה לא עברה את אחוז החסימה, המנדטים שהיא הייתה מקבלת מתחלקים בין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מהכנסת הנבחרת: מנדטים וסיעות – חישוב וחלוקת מנדטים (המשך)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מנדט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רשימת מועמדים שרצה יחד בבחירות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סיעה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מושב אחד בכנסת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אחוז חסימה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המקום שבו מצביעים ביום הבחירות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קלפי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האחוז המינימלי של קולות הנדרש כדי להיכנס לכנסת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הרכבת הממשלה ותפקיד נשיא המדינה – שלבים בסיסיים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לאחר שהבחירות נגמרות, למי פונים נציגי המפלגות כדי להמליץ על מועמד לראש הממשלה?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יושב ראש הכנסת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נשיא המדינה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ראש הממשלה היוצא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יושב ראש ועדת הבחירות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נקרא התפקיד שהנשיא מטיל על חבר כנסת להקים ממשלה?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תפקיד ההרכבה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תפקיד הנשיאות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תפקיד הייצוג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תפקיד החקיקה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בדרך כלל מקבל מהנשיא את תפקיד ההרכבה?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ראש הממשלה הקודם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חבר הכנסת שקיבל הכי הרבה המלצות מהמפלגות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יושב ראש הכנסת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נשיא המדינה הקודם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המטרה של המשא ומתן הקואליציוני?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לבחור את נשיא המדינה הבא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להקים קואליציה עם תמיכה של רוב חברי הכנסת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לפרסם את תוצאות הבחירות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לקבוע את תאריך הבחירות הבאות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הרכבת הממשלה ותפקיד נשיא המדינה – התאמה בין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נשיא המדינה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מצביעה אמון בממשלה החדשה לפני שהיא מתחילה לפעול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חבר הכנסת שקיבל את תפקיד ההרכבה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הזמן שניתן למרכיב הממשלה להשלים את המשימה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משא ומתן קואליציוני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מנהל משא ומתן עם מפלגות אחרות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28 ימים (עם אפשרות הארכה)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קביעת תפקידים ומדיניות בין המפלגות שיצטרפו לממשלה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הכנסת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מתייעץ עם נציגי המפלגות ומטיל את תפקיד ההרכבה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הרכבת הממשלה ותפקיד נשיא המדינה – סדר השלבים בהרכבת הממשלה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הנשיא מטיל את תפקיד ההרכבה על חבר הכנסת עם הכי הרבה המלצות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הממשלה החדשה מציגה את עצמה לכנסת ומקבלת ממנה הצבעת אמון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נשיא המדינה נפגש עם נציגי כל המפלגות שנבחרו לכנסת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הבחירות לכנסת מסתיימות ותוצאותיהן מתפרסמות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חבר הכנסת המרכיב מנהל משא ומתן קואליציוני עם מפלגות אחרות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הבעת אמון בממשלה החדשה – מה זה הבעת אמון?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הבעת אמון היא הצבעה בכנסת שבה מחליטים אם לתת אמון בממשלה החדשה.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ממשלה יכולה להתחיל לפעול גם בלי הצבעת אמון בכנסת.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הבעת אמון בממשלה החדשה – איך זה עובד?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נותן לחבר כנסת את המנדט להרכיב ממשלה?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נשיא המדינה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ראש הממשלה הקודם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יושב ראש הכנסת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מבקר המדינה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חברי כנסת לפחות צריכים לתמוך בממשלה כדי שתקבל אמון?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הבעת אמון בממשלה החדשה –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כדי שממשלה חדשה תוכל להתחיל לפעול, היא צריכה לקבל __________ מהכנסת.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קבוצת המפלגות שתומכת בממשלה ומצביעה בעדה נקראת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הבעת אמון בממשלה החדשה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הבעת אמון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נותן את המנדט להרכבת ממשלה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קואליציה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הצבעה בכנסת שנותנת לממשלה אישור לפעול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אופוזיציה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קבוצת מפלגות שתומכות בממשלה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נשיא המדינה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מפלגות שאינן חלק מהממשלה ומתנגדות 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תפקידי הכנסת אחרי הבחירות – מה אנחנו זוכרים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הבחירות צריך גוף שיביע אמון בממשלה החדשה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בלי כנסת פעילה אפשר בכל זאת לחוקק חוקים חדשים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תפקידי הכנסת אחרי הבחירות – זיהוי תפקידים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אחד מתפקידי הכנסת?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לחוקק חוקים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לשפוט בבית 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לנהל חברות עסקיות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לבחור שופטים בעצמה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מנעולים נועלים את דלתות הכנסת במשחק?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תפקידי הכנסת אחרי הבחירות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הכנסת צריכה להביע __________ בממשלה החדשה כדי שתוכל להתחיל לפעול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תפקידי הכנסת אחרי הבחירות – התאמת תפקידים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חקיקת חוקים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סיום תהליך ההצבעה בבחירות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פיקוח על הממשלה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אישור שהממשלה החדשה יכולה להתחיל לפעול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הבעת אמון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בדיקה שהממשלה פועלת כראוי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נעילת הקלפיות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יצירת חוקים חדשים למדינה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חזרה מסכמת – שאלות מכל הפרקים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סופר את הקולות אחרי סגירת הקלפיות?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ועדת הבחירות המרכזית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ראש הממשלה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נשיא המדינה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יושב ראש הכנסת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מנדטים יש בכנסת בסך הכל?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אחוז החסימה הנדרש כדי שסיעה תיכנס לכנסת?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3.25%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מחליט למי לתת את התפקיד להרכיב ממשלה?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נשיא המדינה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ראש הממשלה היוצא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העם בבחירות ישירות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צריכה הממשלה החדשה לקבל כדי להתחיל לפעול?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תקציב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הבעת אמון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חוק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בחירות חדשות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כמה חברי כנסת צריכים לתמוך כדי שהממשלה תקבל אמון?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רוב של 61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כולם פה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רוב של 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מהו אחד מתפקידי הכנסת אחרי הבחירות?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לחוקק חוקים ולפקח על הממשלה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לספור קולות בקלפי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לבחור את הנשיא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לקבוע מי יצביע בבחירות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מה קורה אם אף סיעה לא מצליחה להרכיב ממשלה?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מתקיימות בחירות חדשות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הנשיא הופך לראש 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הכנסת מתבטלת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ממשלה לנצח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חזרה מסכמת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בקצרה מה קורה משלב סגירת הקלפיות ועד פרסום התוצאות הסופיות.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חשוב שהממשלה החדשה תקבל הבעת אמון מהכנסת ולא תתחיל לפעול בלעדיה?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תארו בקצרה תפקיד אחד של נשיא המדינה ותפקיד אחד של הכנסת בתהליך שאחרי הבחירות.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לפני שסוגרים את הקלפיות, ומה קורה מיד אחרי?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מנדט לסיעה, ומה קורה אם סיעה מקבלת יותר מנדטים?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הממשלה לא יכולה להתחיל לעבוד בלי הבעת אמון בכנסת?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נעולים בקלפי: מה קורה אחרי הבחירות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